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OCTOBER 2026 JOBS LISTING</w:t>
      </w:r>
    </w:p>
    <w:p>
      <w:pPr>
        <w:jc w:val="center"/>
      </w:pPr>
      <w:r>
        <w:rPr>
          <w:b/>
          <w:sz w:val="17"/>
        </w:rPr>
        <w:t>24 current openings • 6 each in Passaic, Bergen, Essex and Union counties</w:t>
      </w:r>
    </w:p>
    <w:p>
      <w:pPr>
        <w:jc w:val="center"/>
      </w:pPr>
      <w:r>
        <w:rPr>
          <w:i/>
          <w:sz w:val="15"/>
        </w:rPr>
        <w:t>Employment information checked October 1, 2026. Openings, pay, deadlines and hiring status may change; confirm details with the employer before applying.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6"/>
        <w:gridCol w:w="2496"/>
        <w:gridCol w:w="2496"/>
        <w:gridCol w:w="2496"/>
        <w:gridCol w:w="2496"/>
        <w:gridCol w:w="2496"/>
      </w:tblGrid>
      <w:tr>
        <w:tc>
          <w:tcPr>
            <w:tcW w:type="dxa" w:w="223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JOB DESCRIPTION</w:t>
            </w:r>
          </w:p>
        </w:tc>
        <w:tc>
          <w:tcPr>
            <w:tcW w:type="dxa" w:w="1944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COMPANY</w:t>
            </w:r>
          </w:p>
        </w:tc>
        <w:tc>
          <w:tcPr>
            <w:tcW w:type="dxa" w:w="1800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SALARY OR WAGE</w:t>
            </w:r>
          </w:p>
        </w:tc>
        <w:tc>
          <w:tcPr>
            <w:tcW w:type="dxa" w:w="2088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LOCATION</w:t>
            </w:r>
          </w:p>
        </w:tc>
        <w:tc>
          <w:tcPr>
            <w:tcW w:type="dxa" w:w="151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AVAILABILITY</w:t>
            </w:r>
          </w:p>
        </w:tc>
        <w:tc>
          <w:tcPr>
            <w:tcW w:type="dxa" w:w="511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ADDITIONAL INFORMATION</w:t>
            </w:r>
          </w:p>
        </w:tc>
      </w:tr>
      <w:tr>
        <w:tc>
          <w:tcPr>
            <w:tcW w:type="dxa" w:w="14976"/>
            <w:gridSpan w:val="6"/>
            <w:shd w:fill="000000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PASSAIC COUNTY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Merchandising Execution Associate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The Home Depot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$17.50/hour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Clifton,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Stocks and merchandises products, executes price changes and display projects, and supports safe, accurate store presentation. Apply through The Home Depot Careers; Job ID 81332BR; Clifton store 0908.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Measure Technician (Part-Time)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The Home Depot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$21.00–$23.25/hour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Clifton,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Applications accepted on an ongoing basis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Travels to customer homes to take project measurements and support installed-sales field services. Apply through The Home Depot Careers; Req193438.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Architect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County of Passaic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$105,000–$140,000/year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Paterson / Passaic County,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Open Until Filled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Plans, designs, documents, and oversees public building/facility projects. Apply through Passaic County Human Resources, 401 Grand St., Room 404, Paterson, NJ 07505; 973-881-4480.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Bridge Construction Inspector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County of Passaic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$55,000–$85,000/year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Passaic County,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Open Until Filled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Inspects bridge and culvert construction/repair work, verifies materials and workmanship, and prepares inspection records. Apply through Passaic County Human Resources; 973-881-4480.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Recreation Leader – Athletic &amp; Wellness Programs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County of Passaic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$45,000/year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Passaic County,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Plans, markets, coordinates, and evaluates sports, fitness, wellness programs and special events. Apply through Passaic County Human Resources; 973-881-4480.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Public Health Nurse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County of Passaic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$70,000/year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Passaic County,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Provides community public-health nursing, education, home/clinic services, disease-control support, and care planning. Apply through Passaic County Human Resources; 973-881-4480.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6"/>
        <w:gridCol w:w="2496"/>
        <w:gridCol w:w="2496"/>
        <w:gridCol w:w="2496"/>
        <w:gridCol w:w="2496"/>
        <w:gridCol w:w="2496"/>
      </w:tblGrid>
      <w:tr>
        <w:tc>
          <w:tcPr>
            <w:tcW w:type="dxa" w:w="223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JOB DESCRIPTION</w:t>
            </w:r>
          </w:p>
        </w:tc>
        <w:tc>
          <w:tcPr>
            <w:tcW w:type="dxa" w:w="1944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COMPANY</w:t>
            </w:r>
          </w:p>
        </w:tc>
        <w:tc>
          <w:tcPr>
            <w:tcW w:type="dxa" w:w="1800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SALARY OR WAGE</w:t>
            </w:r>
          </w:p>
        </w:tc>
        <w:tc>
          <w:tcPr>
            <w:tcW w:type="dxa" w:w="2088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LOCATION</w:t>
            </w:r>
          </w:p>
        </w:tc>
        <w:tc>
          <w:tcPr>
            <w:tcW w:type="dxa" w:w="151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AVAILABILITY</w:t>
            </w:r>
          </w:p>
        </w:tc>
        <w:tc>
          <w:tcPr>
            <w:tcW w:type="dxa" w:w="511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ADDITIONAL INFORMATION</w:t>
            </w:r>
          </w:p>
        </w:tc>
      </w:tr>
      <w:tr>
        <w:tc>
          <w:tcPr>
            <w:tcW w:type="dxa" w:w="14976"/>
            <w:gridSpan w:val="6"/>
            <w:shd w:fill="000000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BERGEN COUNTY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Cashier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The Home Depot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$17.00–$17.50/hour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520 Route 17 North, Paramus,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Processes checkout and return transactions, monitors self-checkout, and assists customers with product/project information. Apply through The Home Depot Careers; Job ID 71709BR; store 0904.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Technician, Facility Services – Power Washing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Walmart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$23.00–$42.00/hour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1 Teterboro Landing Dr., Teterboro, NJ 07608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Operates pressure-washing equipment and company vehicles to clean and maintain exterior retail surfaces. Apply through Walmart Careers; requisition R-2634295.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Carts Attendant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IKEA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$19.50/hour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IKEA Paramus,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Collects and maintains shopping carts/tools, assists with loading/unloading, keeps customer areas safe, and supports returns/click-and-collect. Apply through IKEA Jobs; Job ID 367242.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Certified Medical Assistant / Business Associate – Primary Care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Valley Health System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$22.99–$28.74/hour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Paramus / Ridgewood,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Performs patient intake, blood draws, EKGs, pharmacy calls, testing support, data entry and medical-office duties. Apply through Valley Health System Careers; current posting dated Sept. 29, 2026.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Registered Nurse – Multiple Teams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Valley Health System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$50.18–$62.73/hour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Paramus,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Provides professional nursing care, clinical assessment, documentation and team-based patient care; current NJ RN credentials required. Apply through Valley Health System Careers; posting updated Sept. 28, 2026.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Administrative Assistant – Cardiology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Valley Health System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$29.34–$36.67/hour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Paramus,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Closes Oct. 12, 2026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Provides administrative support to cardiovascular leadership, including scheduling, correspondence, records and office coordination. Apply through Valley Health System Careers; current posting expires Oct. 12, 2026.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6"/>
        <w:gridCol w:w="2496"/>
        <w:gridCol w:w="2496"/>
        <w:gridCol w:w="2496"/>
        <w:gridCol w:w="2496"/>
        <w:gridCol w:w="2496"/>
      </w:tblGrid>
      <w:tr>
        <w:tc>
          <w:tcPr>
            <w:tcW w:type="dxa" w:w="223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JOB DESCRIPTION</w:t>
            </w:r>
          </w:p>
        </w:tc>
        <w:tc>
          <w:tcPr>
            <w:tcW w:type="dxa" w:w="1944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COMPANY</w:t>
            </w:r>
          </w:p>
        </w:tc>
        <w:tc>
          <w:tcPr>
            <w:tcW w:type="dxa" w:w="1800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SALARY OR WAGE</w:t>
            </w:r>
          </w:p>
        </w:tc>
        <w:tc>
          <w:tcPr>
            <w:tcW w:type="dxa" w:w="2088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LOCATION</w:t>
            </w:r>
          </w:p>
        </w:tc>
        <w:tc>
          <w:tcPr>
            <w:tcW w:type="dxa" w:w="151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AVAILABILITY</w:t>
            </w:r>
          </w:p>
        </w:tc>
        <w:tc>
          <w:tcPr>
            <w:tcW w:type="dxa" w:w="511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ADDITIONAL INFORMATION</w:t>
            </w:r>
          </w:p>
        </w:tc>
      </w:tr>
      <w:tr>
        <w:tc>
          <w:tcPr>
            <w:tcW w:type="dxa" w:w="14976"/>
            <w:gridSpan w:val="6"/>
            <w:shd w:fill="000000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ESSEX COUNTY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Kitchen Designer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The Home Depot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$20.00/hour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Bloomfield,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Guides customers through kitchen/bath design, product and installation options, financing and project follow-up. Apply through The Home Depot Careers; Job ID 121255BR.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Pro Customer Service/Sales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The Home Depot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$17.00–$19.00/hour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Bloomfield,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Supports professional customers with orders, product recommendations, loading, delivery solutions and sales goals. Apply through The Home Depot Careers; Job ID 156668BR.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Supervising Staff Attorney (Research Associate)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Rutgers University–Newark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$85,588–$110,000/year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Newark,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Supervises legal/research work for Rutgers Law School programs and supports grant-funded legal services. Apply through Rutgers University Employment Opportunities; posting 281493.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Coordinator of Academic Support &amp; Student-Athlete Welfare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Rutgers University–Newark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$30,000/year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Newark,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Coordinates academic-support and student-athlete welfare activities for Rutgers–Newark Athletics. Apply through Rutgers University Employment Opportunities; posting 279989.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RBS Non-Instructional Positions (Part-Time) – 2026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Rutgers University–Newark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Minimum $15.92/hour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Newark,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Supports non-credit programs and centers with research, design, recruitment, curriculum, administrative and related assignments. Apply through Rutgers University Employment Opportunities; posting 265492.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Gallery Attendant (Temporary)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Rutgers University–Newark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$15.92–$18.00/hour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Newark,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Greets gallery visitors, handles reception/clerical tasks, assists workshops, guides guests and helps protect artwork. Apply through Rutgers University Employment Opportunities; posting 280719.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6"/>
        <w:gridCol w:w="2496"/>
        <w:gridCol w:w="2496"/>
        <w:gridCol w:w="2496"/>
        <w:gridCol w:w="2496"/>
        <w:gridCol w:w="2496"/>
      </w:tblGrid>
      <w:tr>
        <w:tc>
          <w:tcPr>
            <w:tcW w:type="dxa" w:w="223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JOB DESCRIPTION</w:t>
            </w:r>
          </w:p>
        </w:tc>
        <w:tc>
          <w:tcPr>
            <w:tcW w:type="dxa" w:w="1944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COMPANY</w:t>
            </w:r>
          </w:p>
        </w:tc>
        <w:tc>
          <w:tcPr>
            <w:tcW w:type="dxa" w:w="1800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SALARY OR WAGE</w:t>
            </w:r>
          </w:p>
        </w:tc>
        <w:tc>
          <w:tcPr>
            <w:tcW w:type="dxa" w:w="2088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LOCATION</w:t>
            </w:r>
          </w:p>
        </w:tc>
        <w:tc>
          <w:tcPr>
            <w:tcW w:type="dxa" w:w="151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AVAILABILITY</w:t>
            </w:r>
          </w:p>
        </w:tc>
        <w:tc>
          <w:tcPr>
            <w:tcW w:type="dxa" w:w="5112"/>
            <w:shd w:fill="D9E1F2"/>
          </w:tcPr>
          <w:p>
            <w:pPr>
              <w:jc w:val="center"/>
            </w:pPr>
            <w:r>
              <w:rPr>
                <w:b/>
                <w:sz w:val="14"/>
              </w:rPr>
              <w:t>ADDITIONAL INFORMATION</w:t>
            </w:r>
          </w:p>
        </w:tc>
      </w:tr>
      <w:tr>
        <w:tc>
          <w:tcPr>
            <w:tcW w:type="dxa" w:w="14976"/>
            <w:gridSpan w:val="6"/>
            <w:shd w:fill="000000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UNION COUNTY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Food Service &amp; Dishwasher Associate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IKEA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$19.91–$28.12/hour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Elizabeth,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Prepares menu items, serves customers, processes sales, washes/sanitizes equipment and maintains food-service areas. Apply through IKEA Jobs; Job ID 369453; posted Sept. 26, 2026.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Retail Cashier Associate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IKEA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$19.50/hour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Elizabeth,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Provides accurate checkout, resolves customer concerns, promotes services and assists with safe loading/unloading. Apply through IKEA Jobs; Job ID 363619; posted Sept. 23, 2026.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Visual Store Design Associate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IKEA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$23.23–$32.82/hour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Elizabeth,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Implements store layouts, creates visual displays, plans merchandising space and maintains an appealing retail environment. Apply through IKEA Jobs; Job ID 362611.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Graphic Design &amp; Communication Associate (Part-Time)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IKEA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$23.23–$32.82/hour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Elizabeth,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Produces and installs in-store graphic communications and supports brand-consistent, cost-efficient visual materials. Apply through IKEA Jobs; Job ID 362647.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Wholesale Trade Order Processor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Sam’s Club / Walmart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$19.00–$27.00/hour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1900 East Linden Ave., Linden, NJ 07036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NOW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Pulls, verifies, scans, wraps and stages wholesale trade orders while supporting members and facility safety. Apply through Walmart Careers; requisition R-2577227.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/>
            </w:pPr>
            <w:r>
              <w:rPr>
                <w:b/>
                <w:sz w:val="14"/>
              </w:rPr>
              <w:t>Election Day Poll Worker</w:t>
            </w:r>
          </w:p>
        </w:tc>
        <w:tc>
          <w:tcPr>
            <w:tcW w:type="dxa" w:w="1944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Union County Board of Elections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$300/day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Union County polling locations, NJ</w:t>
            </w:r>
          </w:p>
        </w:tc>
        <w:tc>
          <w:tcPr>
            <w:tcW w:type="dxa" w:w="15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Nov. 3, 2026 General Election</w:t>
            </w:r>
          </w:p>
        </w:tc>
        <w:tc>
          <w:tcPr>
            <w:tcW w:type="dxa" w:w="5112"/>
            <w:vAlign w:val="center"/>
          </w:tcPr>
          <w:p>
            <w:pPr>
              <w:spacing w:after="0" w:before="0"/>
            </w:pPr>
            <w:r>
              <w:rPr>
                <w:sz w:val="14"/>
              </w:rPr>
              <w:t>Sets up polling place, operates voting equipment/e-poll books and processes voters. Apply through Union County Board of Elections; 908-527-4236; pollworker@ucnj.org.</w:t>
            </w:r>
          </w:p>
        </w:tc>
      </w:tr>
    </w:tbl>
    <w:sectPr w:rsidR="00FC693F" w:rsidRPr="0006063C" w:rsidSect="00034616">
      <w:pgSz w:w="15840" w:h="12240" w:orient="landscape"/>
      <w:pgMar w:top="504" w:right="432" w:bottom="504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